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דני אבדיה – כישרון שלא ויתר על העבודה הקשה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הטקסט על דני אבדיה ואת שלבי 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ולהפעיל מילים חדשות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עמדה מנומקת בנושא כישרון מול עבודה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בקיבוץ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שחקן כדורסל מקצועי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גדל בקיבוץ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למד לשחק כמעט בכל 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 מפנה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(הכין את הדרך בעצמו)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(רגע שבו הכיוון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(התפקיד והמקום של שחקן במגרש)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(מתחרים מהקבוצה השנייה)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הדרך של דני אבדיה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נולד וגדל בקיבוץ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 מצטרף למחלקת הנוער של קבוצה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דני נבחר לשחקן המצטיין באליפות אירופה לנוער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דני עובר לשחק בליגה המקצוענית בארצות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אליפות אירופה לנוער כנקודת מפנה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מביא/ה דוגמה כגון צפייה בהקלטות או אימוני כושר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מנמק/ת עמדה אישית בצורה קוהרנטית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בשאלת החימום מהטקסט על כישרון מול עבודה קשה ולחזור אליה בסיום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הטקסט בקול ולהדגיש את המילים המודגשות מהמילון הקטן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לנמק בעזרת דוגמה מהטקסט עצמו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דני אבדיה – כישרון שלא ויתר על העבודה הקשה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הבנה של הטקסט על דני אבדיה, שחקן הכדורסל הישראלי שהגיע מקיבוץ בצפון הארץ אל הליגה הגדולה בעולם. נבדוק הבנת הנקרא, אוצר מילים וחשיבה אישית.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נקודת מפנה  ·  סלל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שנה נולד דני אבדיה?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גדל דני אבדיה?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בקיבוץ בצפון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במושב בדרום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היה תפקידו של אביו של דני?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מאמן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שחקן כדורסל מקצועי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עיתונאי ספורט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אבדיה נולד בעיר גדולה במרכז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אביו של דני היה שחקן כדורסל מקצועי.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למד לשחק רק בעמדה אחת על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דני __________ לעצמו את הדרך אל הליגה הגדולה, צעד אחר צעד.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אליפות אירופה לנוער הייתה __________ בדרכו של דני.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מתחרים מהקבוצה השנייה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נקודת מפנה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התפקיד והמקום של שחקן במגרש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רגע שבו הכיוון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יריבים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הכין את הדרך בעצמו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הדרך של דני אבדיה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נבחר לשחקן המצטיין באליפות אירופה לנוער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עובר לשחק בליגה המקצוענית בארצות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נולד וגדל בקיבוץ בצפון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מצטרף למחלקת הנוער של קבוצה גדולה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תפקידו של ה'נקודת מפנה' בדרכו של דני אבדיה, ולמה היא חשובה?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הביאו דוגמה אחת מהטקסט לכך שדני עבד קשה כדי להצליח.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דני אבדיה – כישרון שלא ויתר על העבודה הקשה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