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כישרון שלא ויתר על העבודה הקשה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הטקסט על דני אבדיה ואת שלבי 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ולהפעיל מילים חדשות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עמדה מנומקת בנושא כישרון מול עבודה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שחקן כדורסל מקצועי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אליפות אירופה לנוער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2020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עבודה קשה ומשמעת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גדל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למד לשחק כמעט בכל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הייתה נקודת מפנה בדרכו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שהמעבר לא היה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בפירוש בפסקה האחרונה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 מפנה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(הכין את הדרך בעצמו)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(רגע שבו הכיוון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(התפקיד והמקום של שחקן במגרש)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(מתחרים מהקבוצה השנייה)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(היכולת לחייב את עצמך לעשות את מה שצריך)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הדרך של דני אבדיה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נולד וגדל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מצטרף למחלקת הנוער של קבוצה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 נבחר לשחקן המצטיין באליפות אירופה לנוער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 עובר לשחק בליגה המקצוענית בארצות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דני משפר את משחקו והופך למנהיג על המגרש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ללמוד שחשוב להתמיד, ללמוד מטעויות ולעבוד קשה כדי להגיע להישגים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אליפות אירופה לנוער כנקודת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מביא/ה דוגמה כגון צפייה בהקלטות או אימוני כושר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מנמק/ת עמדה אישית בצורה קוהרנטית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בשאלת החימום מהטקסט על כישרון מול עבודה קשה ולחזור אליה בסיום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בקול ולהדגיש את המילים המודגשות מהמילון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לנמק בעזרת דוגמה מהטקסט עצמו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כישרון שלא ויתר על העבודה הקשה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דני אבדיה, שחקן כדורסל מישראל. נבדוק אם הבנו את הטקסט, נלמד מילים חדשות, ונכתוב מה אנחנו חושבים.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הכין את הדרך בעצמו, פילס לעצמו 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הכיוון משתנה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והמקום של שחקן במגרש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לכדרר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להקפיץ את הכדור תוך כדי ריצה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הצלחה שהושגה במאמץ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יריבים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מתחרים מהקבוצה השנייה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משמעת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לחייב את עצמך לעשות את מה שצריך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מודל לחיקוי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שאחרים רוצים להיות כמוהו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דני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דני גדל כילד?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בקיבוץ בצפון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במושב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אבא של דני 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מאמן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 כדורסל מקצועי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עיתונאי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תחרות דני היה הכי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אולימפיאדה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אליפות אירופה לנוער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גביע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ליגת העל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דני עבר לשחק בארה״ב?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עוזר להצליח חוץ מכישרון?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 קשה ומשמעת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קשרים חברתיים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אבדיה נולד בעיר גדולה במרכז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אביו של דני היה שחקן כדורסל מקצועי.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למד לשחק רק בעמדה אחת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נבחר לשחקן המצטיין באליפות אירופה לנוער.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המעבר של דני לליגה בארצות הברית היה קל ופשוט מההתחלה.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הצלחה נבנית ממשמעת עצמית ועבודת 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 __________ לעצמו את הדרך אל הליגה הגדולה, צעד אחר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אליפות אירופה לנוער הייתה __________ בדרכו של דני.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דני למד לשחק כמעט בכל __________ על המגרש.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ההגעה לליגה המקצוענית בארצות הברית הייתה __________ גדול עבור הכדורסל הישראלי.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רגע שבו הכיוון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 מפנה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היכולת לחייב את עצמך לעשות את מה שצריך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מתחרים מהקבוצה השנייה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התפקיד והמקום של שחקן במגרש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משמעת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הכין את הדרך בעצמו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הדרך של דני אבדיה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משפר את משחקו והופך למנהיג על המגרש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נולד וגדל בקיבוץ בצפון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עובר לשחק בליגה המקצוענית בארצות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נבחר לשחקן המצטיין באליפות אירופה לנוער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מצטרף למחלקת הנוער של קבוצה 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מהסיפור של דני אבדיה, חוץ מכדורסל?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ה'נקודת מפנה' בדרכו של דני אבדיה, ולמה היא חשובה?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הביאו דוגמה אחת מהטקסט לכך שדני עבד קשה כדי להצליח.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לדעתכם – כישרון או עבודה קשה: מה חשוב יותר? נמקו בשורה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דני אבדיה – כישרון שלא ויתר על העבודה הקשה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