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דני אבדיה – כישרון שלא ויתר על העבודה הקשה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הטקסט על דני אבדיה ואת שלבי דרכו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ולהפעיל מילים חדשות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עמדה מנומקת בנושא כישרון מול עבודה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בקיבוץ בצפון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שחקן כדורסל מקצועי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אליפות אירופה לנוער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2020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עבודה קשה ומשמעת עצמית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גדל בקיבוץ בצפון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למד לשחק כמעט בכל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הייתה נקודת מפנה בדרכו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אומר שהמעבר לא היה 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כתוב בפירוש בפסקה האחרונה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נקודת מפנה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הישג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(הכין את הדרך בעצמו)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(רגע שבו הכיוון משתנה)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(התפקיד והמקום של שחקן במגרש)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(מתחרים מהקבוצה השנייה)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(היכולת לחייב את עצמך לעשות את מה שצריך)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הדרך של דני אבדיה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נולד וגדל בקיבוץ בצפון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דני מצטרף למחלקת הנוער של קבוצה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דני נבחר לשחקן המצטיין באליפות אירופה לנוער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דני עובר לשחק בליגה המקצוענית בארצות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דני משפר את משחקו והופך למנהיג על המגרש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ללמוד שחשוב להתמיד, ללמוד מטעויות ולעבוד קשה כדי להגיע להישגים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אליפות אירופה לנוער כנקודת מפנה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מביא/ה דוגמה כגון צפייה בהקלטות או אימוני כושר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מנמק/ת עמדה אישית בצורה קוהרנטית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בשאלת החימום מהטקסט על כישרון מול עבודה קשה ולחזור אליה בסיום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הטקסט בקול ולהדגיש את המילים המודגשות מהמילון הקטן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לנמק בעזרת דוגמה מהטקסט עצמו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דני אבדיה – כישרון שלא ויתר על העבודה הקשה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הבנה של הטקסט על דני אבדיה, שחקן הכדורסל הישראלי שהגיע מקיבוץ בצפון הארץ אל הליגה הגדולה בעולם. נבדוק הבנת הנקרא, אוצר מילים וחשיבה אישית.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שנה נולד דני אבדיה?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1998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גדל דני אבדיה?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בקיבוץ בצפון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במושב בדרום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תפקידו של אביו של דני?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מאמן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שחקן כדורסל מקצועי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עיתונאי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 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טורניר נבחר דני לשחקן המצטיין?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אולימפיאדה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אליפות אירופה לנוער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גביע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ליגת העל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שנה עבר דני לשחק בליגה המקצוענית בארצות הברית?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2019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הטקסט אומר שחשוב להצלחה, מלבד כישרון?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עבודה קשה ומשמעת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קשרים חברתיים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אבדיה נולד בעיר גדולה במרכז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אביו של דני היה שחקן כדורסל מקצועי.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למד לשחק רק בעמדה אחת על המגרש.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נבחר לשחקן המצטיין באליפות אירופה לנוער.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המעבר של דני לליגה בארצות הברית היה קל ופשוט מההתחלה.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הצלחה נבנית ממשמעת עצמית ועבודת צוות.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דני __________ לעצמו את הדרך אל הליגה הגדולה, צעד אחר צעד.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אליפות אירופה לנוער הייתה __________ בדרכו של דני.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דני למד לשחק כמעט בכל __________ על המגרש.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ההגעה לליגה המקצוענית בארצות הברית הייתה __________ גדול עבור הכדורסל הישראלי.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היכולת לחייב את עצמך לעשות את מה שצריך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נקודת מפנה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הכין את הדרך בעצמו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מתחרים מהקבוצה השנייה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התפקיד והמקום של שחקן במגרש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משמעת עצמית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רגע שבו הכיוון משתנה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הדרך של דני אבדיה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מצטרף למחלקת הנוער של קבוצה גדולה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עובר לשחק בליגה המקצוענית בארצות הברית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נולד וגדל בקיבוץ בצפון הארץ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משפר את משחקו והופך למנהיג על המגרש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נבחר לשחקן המצטיין באליפות אירופה לנוער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ללמוד מהסיפור של דני אבדיה, חוץ מכדורסל?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תפקידו של ה'נקודת מפנה' בדרכו של דני אבדיה, ולמה היא חשובה?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הביאו דוגמה אחת מהטקסט לכך שדני עבד קשה כדי להצליח.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לדעתכם – כישרון או עבודה קשה: מה חשוב יותר? נמקו בשורה אחת.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דני אבדיה – כישרון שלא ויתר על העבודה הקשה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